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8955A" w14:textId="3A40EF49" w:rsidR="00AB7870" w:rsidRDefault="00AB7870" w:rsidP="00AD711E">
      <w:pPr>
        <w:spacing w:after="0" w:line="400" w:lineRule="exact"/>
        <w:jc w:val="center"/>
        <w:rPr>
          <w:b/>
          <w:sz w:val="38"/>
          <w:lang w:eastAsia="ja-JP"/>
        </w:rPr>
      </w:pPr>
      <w:r>
        <w:rPr>
          <w:rFonts w:hint="eastAsia"/>
          <w:b/>
          <w:sz w:val="38"/>
          <w:lang w:eastAsia="ja-JP"/>
        </w:rPr>
        <w:t>SUiCTE株式会社</w:t>
      </w:r>
    </w:p>
    <w:p w14:paraId="1AF80BA3" w14:textId="0AD3D9AD" w:rsidR="00D96081" w:rsidRDefault="00000000" w:rsidP="00AD711E">
      <w:pPr>
        <w:spacing w:after="0" w:line="400" w:lineRule="exact"/>
        <w:jc w:val="center"/>
        <w:rPr>
          <w:lang w:eastAsia="ja-JP"/>
        </w:rPr>
      </w:pPr>
      <w:r>
        <w:rPr>
          <w:b/>
          <w:sz w:val="38"/>
          <w:lang w:eastAsia="ja-JP"/>
        </w:rPr>
        <w:t>技術系新卒採用</w:t>
      </w:r>
      <w:r w:rsidR="00AB7870">
        <w:rPr>
          <w:rFonts w:hint="eastAsia"/>
          <w:b/>
          <w:sz w:val="38"/>
          <w:lang w:eastAsia="ja-JP"/>
        </w:rPr>
        <w:t xml:space="preserve">　</w:t>
      </w:r>
      <w:r>
        <w:rPr>
          <w:b/>
          <w:sz w:val="38"/>
          <w:lang w:eastAsia="ja-JP"/>
        </w:rPr>
        <w:t>エントリーシート</w:t>
      </w:r>
    </w:p>
    <w:p w14:paraId="38E321B7" w14:textId="77777777" w:rsidR="00D96081" w:rsidRDefault="00000000" w:rsidP="00AD711E">
      <w:pPr>
        <w:spacing w:after="0" w:line="240" w:lineRule="exact"/>
        <w:jc w:val="center"/>
        <w:rPr>
          <w:lang w:eastAsia="ja-JP"/>
        </w:rPr>
      </w:pPr>
      <w:r>
        <w:rPr>
          <w:sz w:val="17"/>
          <w:lang w:eastAsia="ja-JP"/>
        </w:rPr>
        <w:t>※Wordファイルに直接入力し、PDF形式で保存してご提出ください。</w:t>
      </w:r>
    </w:p>
    <w:p w14:paraId="7C91377A" w14:textId="77777777" w:rsidR="00D96081" w:rsidRDefault="00000000" w:rsidP="00140652">
      <w:pPr>
        <w:spacing w:after="0" w:line="240" w:lineRule="auto"/>
      </w:pPr>
      <w:r>
        <w:rPr>
          <w:b/>
          <w:sz w:val="28"/>
          <w:u w:val="single"/>
        </w:rPr>
        <w:t>1．基本情報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3147"/>
        <w:gridCol w:w="1642"/>
        <w:gridCol w:w="3342"/>
      </w:tblGrid>
      <w:tr w:rsidR="00D96081" w14:paraId="41E634B4" w14:textId="77777777" w:rsidTr="00140652">
        <w:trPr>
          <w:jc w:val="center"/>
        </w:trPr>
        <w:tc>
          <w:tcPr>
            <w:tcW w:w="1838" w:type="dxa"/>
            <w:shd w:val="clear" w:color="auto" w:fill="EDEDED"/>
            <w:vAlign w:val="center"/>
          </w:tcPr>
          <w:p w14:paraId="6A0A46E4" w14:textId="77777777" w:rsidR="00D96081" w:rsidRDefault="00000000" w:rsidP="00140652">
            <w:r>
              <w:rPr>
                <w:b/>
                <w:sz w:val="18"/>
              </w:rPr>
              <w:t>氏名</w:t>
            </w:r>
          </w:p>
        </w:tc>
        <w:tc>
          <w:tcPr>
            <w:tcW w:w="3147" w:type="dxa"/>
            <w:vAlign w:val="center"/>
          </w:tcPr>
          <w:p w14:paraId="274E9789" w14:textId="77777777" w:rsidR="00D96081" w:rsidRDefault="00D96081" w:rsidP="00140652"/>
        </w:tc>
        <w:tc>
          <w:tcPr>
            <w:tcW w:w="1642" w:type="dxa"/>
            <w:shd w:val="clear" w:color="auto" w:fill="EDEDED"/>
            <w:vAlign w:val="center"/>
          </w:tcPr>
          <w:p w14:paraId="0D181C2B" w14:textId="77777777" w:rsidR="00D96081" w:rsidRDefault="00000000" w:rsidP="00140652">
            <w:r>
              <w:rPr>
                <w:b/>
                <w:sz w:val="18"/>
              </w:rPr>
              <w:t>フリガナ</w:t>
            </w:r>
          </w:p>
        </w:tc>
        <w:tc>
          <w:tcPr>
            <w:tcW w:w="3342" w:type="dxa"/>
            <w:vAlign w:val="center"/>
          </w:tcPr>
          <w:p w14:paraId="70FD5657" w14:textId="77777777" w:rsidR="00D96081" w:rsidRDefault="00D96081" w:rsidP="00140652"/>
        </w:tc>
      </w:tr>
      <w:tr w:rsidR="00D96081" w14:paraId="3C1DCE80" w14:textId="77777777" w:rsidTr="00140652">
        <w:trPr>
          <w:jc w:val="center"/>
        </w:trPr>
        <w:tc>
          <w:tcPr>
            <w:tcW w:w="1838" w:type="dxa"/>
            <w:shd w:val="clear" w:color="auto" w:fill="EDEDED"/>
            <w:vAlign w:val="center"/>
          </w:tcPr>
          <w:p w14:paraId="3780A2DA" w14:textId="77777777" w:rsidR="00D96081" w:rsidRDefault="00000000" w:rsidP="00140652">
            <w:r>
              <w:rPr>
                <w:b/>
                <w:sz w:val="18"/>
              </w:rPr>
              <w:t>生年月日</w:t>
            </w:r>
          </w:p>
        </w:tc>
        <w:tc>
          <w:tcPr>
            <w:tcW w:w="3147" w:type="dxa"/>
            <w:vAlign w:val="center"/>
          </w:tcPr>
          <w:p w14:paraId="5CF44748" w14:textId="77777777" w:rsidR="00D96081" w:rsidRDefault="00D96081" w:rsidP="00140652"/>
        </w:tc>
        <w:tc>
          <w:tcPr>
            <w:tcW w:w="1642" w:type="dxa"/>
            <w:shd w:val="clear" w:color="auto" w:fill="EDEDED"/>
            <w:vAlign w:val="center"/>
          </w:tcPr>
          <w:p w14:paraId="225F76F1" w14:textId="77777777" w:rsidR="00D96081" w:rsidRDefault="00000000" w:rsidP="00140652">
            <w:r>
              <w:rPr>
                <w:b/>
                <w:sz w:val="18"/>
              </w:rPr>
              <w:t>電話番号</w:t>
            </w:r>
          </w:p>
        </w:tc>
        <w:tc>
          <w:tcPr>
            <w:tcW w:w="3342" w:type="dxa"/>
            <w:vAlign w:val="center"/>
          </w:tcPr>
          <w:p w14:paraId="4362B09A" w14:textId="77777777" w:rsidR="00D96081" w:rsidRDefault="00D96081" w:rsidP="00140652"/>
        </w:tc>
      </w:tr>
      <w:tr w:rsidR="00D96081" w14:paraId="0A029340" w14:textId="77777777" w:rsidTr="00140652">
        <w:trPr>
          <w:jc w:val="center"/>
        </w:trPr>
        <w:tc>
          <w:tcPr>
            <w:tcW w:w="1838" w:type="dxa"/>
            <w:shd w:val="clear" w:color="auto" w:fill="EDEDED"/>
            <w:vAlign w:val="center"/>
          </w:tcPr>
          <w:p w14:paraId="5E87D413" w14:textId="77777777" w:rsidR="00D96081" w:rsidRDefault="00000000" w:rsidP="00140652">
            <w:r>
              <w:rPr>
                <w:b/>
                <w:sz w:val="18"/>
              </w:rPr>
              <w:t>E-mail</w:t>
            </w:r>
          </w:p>
        </w:tc>
        <w:tc>
          <w:tcPr>
            <w:tcW w:w="3147" w:type="dxa"/>
            <w:vAlign w:val="center"/>
          </w:tcPr>
          <w:p w14:paraId="1BDFB2FF" w14:textId="77777777" w:rsidR="00D96081" w:rsidRDefault="00D96081" w:rsidP="00140652"/>
        </w:tc>
        <w:tc>
          <w:tcPr>
            <w:tcW w:w="1642" w:type="dxa"/>
            <w:shd w:val="clear" w:color="auto" w:fill="EDEDED"/>
            <w:vAlign w:val="center"/>
          </w:tcPr>
          <w:p w14:paraId="6FE2AF29" w14:textId="77777777" w:rsidR="00D96081" w:rsidRDefault="00000000" w:rsidP="00140652">
            <w:r>
              <w:rPr>
                <w:b/>
                <w:sz w:val="18"/>
              </w:rPr>
              <w:t>学校名</w:t>
            </w:r>
          </w:p>
        </w:tc>
        <w:tc>
          <w:tcPr>
            <w:tcW w:w="3342" w:type="dxa"/>
            <w:vAlign w:val="center"/>
          </w:tcPr>
          <w:p w14:paraId="66669F85" w14:textId="77777777" w:rsidR="00D96081" w:rsidRDefault="00D96081" w:rsidP="00140652"/>
        </w:tc>
      </w:tr>
      <w:tr w:rsidR="00D96081" w14:paraId="483C6302" w14:textId="77777777" w:rsidTr="00140652">
        <w:trPr>
          <w:jc w:val="center"/>
        </w:trPr>
        <w:tc>
          <w:tcPr>
            <w:tcW w:w="1838" w:type="dxa"/>
            <w:shd w:val="clear" w:color="auto" w:fill="EDEDED"/>
            <w:vAlign w:val="center"/>
          </w:tcPr>
          <w:p w14:paraId="1FD7C13D" w14:textId="77777777" w:rsidR="00D96081" w:rsidRDefault="00000000" w:rsidP="00140652">
            <w:r>
              <w:rPr>
                <w:b/>
                <w:sz w:val="18"/>
              </w:rPr>
              <w:t>学部・学科</w:t>
            </w:r>
          </w:p>
        </w:tc>
        <w:tc>
          <w:tcPr>
            <w:tcW w:w="3147" w:type="dxa"/>
            <w:vAlign w:val="center"/>
          </w:tcPr>
          <w:p w14:paraId="331D0379" w14:textId="77777777" w:rsidR="00D96081" w:rsidRDefault="00D96081" w:rsidP="00140652"/>
        </w:tc>
        <w:tc>
          <w:tcPr>
            <w:tcW w:w="1642" w:type="dxa"/>
            <w:shd w:val="clear" w:color="auto" w:fill="EDEDED"/>
            <w:vAlign w:val="center"/>
          </w:tcPr>
          <w:p w14:paraId="7B1B0947" w14:textId="77777777" w:rsidR="00D96081" w:rsidRDefault="00000000" w:rsidP="00140652">
            <w:r>
              <w:rPr>
                <w:b/>
                <w:sz w:val="18"/>
              </w:rPr>
              <w:t>研究科・専攻</w:t>
            </w:r>
          </w:p>
        </w:tc>
        <w:tc>
          <w:tcPr>
            <w:tcW w:w="3342" w:type="dxa"/>
            <w:vAlign w:val="center"/>
          </w:tcPr>
          <w:p w14:paraId="573FDE34" w14:textId="77777777" w:rsidR="00D96081" w:rsidRDefault="00D96081" w:rsidP="00140652"/>
        </w:tc>
      </w:tr>
      <w:tr w:rsidR="00D96081" w14:paraId="6B9525CF" w14:textId="77777777" w:rsidTr="00140652">
        <w:trPr>
          <w:jc w:val="center"/>
        </w:trPr>
        <w:tc>
          <w:tcPr>
            <w:tcW w:w="1838" w:type="dxa"/>
            <w:shd w:val="clear" w:color="auto" w:fill="EDEDED"/>
            <w:vAlign w:val="center"/>
          </w:tcPr>
          <w:p w14:paraId="4FAF0FB4" w14:textId="77777777" w:rsidR="00D96081" w:rsidRDefault="00000000" w:rsidP="00140652">
            <w:r>
              <w:rPr>
                <w:b/>
                <w:sz w:val="18"/>
              </w:rPr>
              <w:t>卒業・修了予定年月</w:t>
            </w:r>
          </w:p>
        </w:tc>
        <w:tc>
          <w:tcPr>
            <w:tcW w:w="3147" w:type="dxa"/>
            <w:vAlign w:val="center"/>
          </w:tcPr>
          <w:p w14:paraId="09FA4D47" w14:textId="77777777" w:rsidR="00D96081" w:rsidRDefault="00D96081" w:rsidP="00140652"/>
        </w:tc>
        <w:tc>
          <w:tcPr>
            <w:tcW w:w="1642" w:type="dxa"/>
            <w:shd w:val="clear" w:color="auto" w:fill="EDEDED"/>
            <w:vAlign w:val="center"/>
          </w:tcPr>
          <w:p w14:paraId="62734AF2" w14:textId="77777777" w:rsidR="00D96081" w:rsidRDefault="00000000" w:rsidP="00140652">
            <w:r>
              <w:rPr>
                <w:b/>
                <w:sz w:val="18"/>
              </w:rPr>
              <w:t>指導教員</w:t>
            </w:r>
          </w:p>
        </w:tc>
        <w:tc>
          <w:tcPr>
            <w:tcW w:w="3342" w:type="dxa"/>
            <w:vAlign w:val="center"/>
          </w:tcPr>
          <w:p w14:paraId="7C0F21EB" w14:textId="77777777" w:rsidR="00D96081" w:rsidRDefault="00D96081" w:rsidP="00140652"/>
        </w:tc>
      </w:tr>
      <w:tr w:rsidR="00D96081" w14:paraId="71E01777" w14:textId="77777777" w:rsidTr="00140652">
        <w:trPr>
          <w:jc w:val="center"/>
        </w:trPr>
        <w:tc>
          <w:tcPr>
            <w:tcW w:w="1838" w:type="dxa"/>
            <w:shd w:val="clear" w:color="auto" w:fill="EDEDED"/>
            <w:vAlign w:val="center"/>
          </w:tcPr>
          <w:p w14:paraId="53D876B3" w14:textId="77777777" w:rsidR="00D96081" w:rsidRDefault="00000000" w:rsidP="00140652">
            <w:r>
              <w:rPr>
                <w:b/>
                <w:sz w:val="18"/>
              </w:rPr>
              <w:t>住所</w:t>
            </w:r>
          </w:p>
        </w:tc>
        <w:tc>
          <w:tcPr>
            <w:tcW w:w="8131" w:type="dxa"/>
            <w:gridSpan w:val="3"/>
            <w:vAlign w:val="center"/>
          </w:tcPr>
          <w:p w14:paraId="324E9EA6" w14:textId="77777777" w:rsidR="00D96081" w:rsidRDefault="00D96081" w:rsidP="00140652"/>
          <w:p w14:paraId="0D29162F" w14:textId="77777777" w:rsidR="00D96081" w:rsidRDefault="00D96081" w:rsidP="00140652"/>
          <w:p w14:paraId="7C44AE4F" w14:textId="77777777" w:rsidR="00D96081" w:rsidRDefault="00D96081" w:rsidP="00140652"/>
        </w:tc>
      </w:tr>
    </w:tbl>
    <w:p w14:paraId="3CF1195B" w14:textId="77777777" w:rsidR="00D96081" w:rsidRDefault="00000000" w:rsidP="00140652">
      <w:pPr>
        <w:spacing w:after="0" w:line="240" w:lineRule="auto"/>
        <w:rPr>
          <w:lang w:eastAsia="ja-JP"/>
        </w:rPr>
      </w:pPr>
      <w:r>
        <w:rPr>
          <w:b/>
          <w:sz w:val="28"/>
          <w:u w:val="single"/>
          <w:lang w:eastAsia="ja-JP"/>
        </w:rPr>
        <w:t>2．専攻・研究について</w:t>
      </w:r>
    </w:p>
    <w:p w14:paraId="08668BE8" w14:textId="77777777" w:rsidR="00D96081" w:rsidRDefault="00000000" w:rsidP="00AD711E">
      <w:pPr>
        <w:spacing w:after="0" w:line="240" w:lineRule="exact"/>
      </w:pPr>
      <w:r>
        <w:rPr>
          <w:b/>
        </w:rPr>
        <w:t>専攻・研究テーマ</w:t>
      </w:r>
    </w:p>
    <w:p w14:paraId="61120092" w14:textId="3D7E49B8" w:rsidR="00D96081" w:rsidRDefault="00000000" w:rsidP="00AD711E">
      <w:pPr>
        <w:spacing w:after="0" w:line="240" w:lineRule="exact"/>
        <w:rPr>
          <w:lang w:eastAsia="ja-JP"/>
        </w:rPr>
      </w:pPr>
      <w:r>
        <w:t>_____________________________________</w:t>
      </w:r>
      <w:r w:rsidR="00140652">
        <w:t>_____________________</w:t>
      </w:r>
      <w:r>
        <w:t>_________________</w:t>
      </w:r>
      <w:r w:rsidR="00140652">
        <w:t>__________</w:t>
      </w:r>
      <w:r>
        <w:t>____________________</w:t>
      </w:r>
    </w:p>
    <w:p w14:paraId="0AACD136" w14:textId="30DEF56F" w:rsidR="00D96081" w:rsidRDefault="00000000" w:rsidP="00AD711E">
      <w:pPr>
        <w:spacing w:after="0" w:line="240" w:lineRule="exact"/>
      </w:pPr>
      <w:r>
        <w:t>_______________________________________________________________________________</w:t>
      </w:r>
      <w:r w:rsidR="00140652">
        <w:t>__________________________</w:t>
      </w:r>
    </w:p>
    <w:p w14:paraId="22E2B4E0" w14:textId="77777777" w:rsidR="00D96081" w:rsidRDefault="00000000" w:rsidP="00AD711E">
      <w:pPr>
        <w:spacing w:after="0" w:line="240" w:lineRule="exact"/>
        <w:rPr>
          <w:lang w:eastAsia="ja-JP"/>
        </w:rPr>
      </w:pPr>
      <w:r>
        <w:rPr>
          <w:b/>
          <w:lang w:eastAsia="ja-JP"/>
        </w:rPr>
        <w:t>研究・卒業論文・卒業研究等の概要（専門外の人にも分かるように簡潔に記入してください）</w:t>
      </w:r>
    </w:p>
    <w:p w14:paraId="6E41A7F3" w14:textId="747A68C8" w:rsidR="00D96081" w:rsidRDefault="00000000" w:rsidP="00AD711E">
      <w:pPr>
        <w:spacing w:after="0" w:line="240" w:lineRule="exact"/>
        <w:rPr>
          <w:lang w:eastAsia="ja-JP"/>
        </w:rPr>
      </w:pPr>
      <w:r>
        <w:rPr>
          <w:lang w:eastAsia="ja-JP"/>
        </w:rPr>
        <w:t>_______________________________________________________________________________</w:t>
      </w:r>
      <w:r w:rsidR="00140652">
        <w:rPr>
          <w:lang w:eastAsia="ja-JP"/>
        </w:rPr>
        <w:t>__________________________</w:t>
      </w:r>
    </w:p>
    <w:p w14:paraId="67D5066B" w14:textId="1712A91C" w:rsidR="00D96081" w:rsidRDefault="00000000" w:rsidP="00AD711E">
      <w:pPr>
        <w:spacing w:after="0" w:line="240" w:lineRule="exact"/>
        <w:rPr>
          <w:lang w:eastAsia="ja-JP"/>
        </w:rPr>
      </w:pPr>
      <w:r>
        <w:rPr>
          <w:lang w:eastAsia="ja-JP"/>
        </w:rPr>
        <w:t>_______________________________________________________________________________</w:t>
      </w:r>
      <w:r w:rsidR="00140652">
        <w:rPr>
          <w:lang w:eastAsia="ja-JP"/>
        </w:rPr>
        <w:t>__________________________</w:t>
      </w:r>
    </w:p>
    <w:p w14:paraId="72641B7F" w14:textId="41EE52BD" w:rsidR="00D96081" w:rsidRDefault="00000000" w:rsidP="00AD711E">
      <w:pPr>
        <w:spacing w:after="0" w:line="240" w:lineRule="exact"/>
        <w:rPr>
          <w:lang w:eastAsia="ja-JP"/>
        </w:rPr>
      </w:pPr>
      <w:r>
        <w:rPr>
          <w:lang w:eastAsia="ja-JP"/>
        </w:rPr>
        <w:t>_______________________________________________________________________________</w:t>
      </w:r>
      <w:r w:rsidR="00140652">
        <w:rPr>
          <w:lang w:eastAsia="ja-JP"/>
        </w:rPr>
        <w:t>__________________________</w:t>
      </w:r>
    </w:p>
    <w:p w14:paraId="057FD52C" w14:textId="6EE90602" w:rsidR="00D96081" w:rsidRDefault="00000000" w:rsidP="00AD711E">
      <w:pPr>
        <w:spacing w:after="0" w:line="240" w:lineRule="exact"/>
        <w:rPr>
          <w:lang w:eastAsia="ja-JP"/>
        </w:rPr>
      </w:pPr>
      <w:r>
        <w:rPr>
          <w:lang w:eastAsia="ja-JP"/>
        </w:rPr>
        <w:t>_______________________________________________________________________________</w:t>
      </w:r>
      <w:r w:rsidR="00140652">
        <w:rPr>
          <w:lang w:eastAsia="ja-JP"/>
        </w:rPr>
        <w:t>__________________________</w:t>
      </w:r>
    </w:p>
    <w:p w14:paraId="14219A2E" w14:textId="77777777" w:rsidR="00D96081" w:rsidRDefault="00000000" w:rsidP="00140652">
      <w:pPr>
        <w:spacing w:after="0" w:line="240" w:lineRule="auto"/>
        <w:rPr>
          <w:lang w:eastAsia="ja-JP"/>
        </w:rPr>
      </w:pPr>
      <w:r>
        <w:rPr>
          <w:b/>
          <w:sz w:val="28"/>
          <w:u w:val="single"/>
          <w:lang w:eastAsia="ja-JP"/>
        </w:rPr>
        <w:t>3．技術・開発経験</w:t>
      </w:r>
    </w:p>
    <w:p w14:paraId="68249C18" w14:textId="77777777" w:rsidR="00D96081" w:rsidRDefault="00000000" w:rsidP="00AD711E">
      <w:pPr>
        <w:spacing w:after="0" w:line="240" w:lineRule="exact"/>
        <w:rPr>
          <w:lang w:eastAsia="ja-JP"/>
        </w:rPr>
      </w:pPr>
      <w:r>
        <w:rPr>
          <w:b/>
          <w:lang w:eastAsia="ja-JP"/>
        </w:rPr>
        <w:t>経験したことのある分野・技術（該当するものにチェック）</w:t>
      </w:r>
    </w:p>
    <w:p w14:paraId="5F852633" w14:textId="77777777" w:rsidR="00D96081" w:rsidRDefault="00000000" w:rsidP="00AD711E">
      <w:pPr>
        <w:spacing w:after="0" w:line="240" w:lineRule="exact"/>
        <w:rPr>
          <w:lang w:eastAsia="ja-JP"/>
        </w:rPr>
      </w:pPr>
      <w:r>
        <w:rPr>
          <w:lang w:eastAsia="ja-JP"/>
        </w:rPr>
        <w:t>□ 電子回路　 □ アナログ回路　 □ デジタル回路　 □ FPGA　 □ 半導体・LSI　 □ 組み込みシステム</w:t>
      </w:r>
      <w:r>
        <w:rPr>
          <w:lang w:eastAsia="ja-JP"/>
        </w:rPr>
        <w:br/>
        <w:t>□ マイコン　 □ ソフトウェア・プログラミング　 □ AI・機械学習　 □ 画像処理　 □ 通信・ネットワーク</w:t>
      </w:r>
      <w:r>
        <w:rPr>
          <w:lang w:eastAsia="ja-JP"/>
        </w:rPr>
        <w:br/>
        <w:t>□ CAD・基板設計　 □ 計測・評価　 □ その他（　　　　　　　　　　　　　　　）</w:t>
      </w:r>
    </w:p>
    <w:p w14:paraId="75AFE9CA" w14:textId="77777777" w:rsidR="00A51AB0" w:rsidRDefault="00000000" w:rsidP="00AD711E">
      <w:pPr>
        <w:spacing w:after="0" w:line="240" w:lineRule="exact"/>
        <w:rPr>
          <w:b/>
          <w:lang w:eastAsia="ja-JP"/>
        </w:rPr>
      </w:pPr>
      <w:r>
        <w:rPr>
          <w:b/>
          <w:lang w:eastAsia="ja-JP"/>
        </w:rPr>
        <w:t>使用経験のある言語・ツール等</w:t>
      </w:r>
    </w:p>
    <w:p w14:paraId="1217586F" w14:textId="29F9F81B" w:rsidR="00D96081" w:rsidRDefault="00A51AB0" w:rsidP="00A51AB0">
      <w:pPr>
        <w:spacing w:after="0" w:line="240" w:lineRule="exact"/>
        <w:ind w:firstLineChars="100" w:firstLine="190"/>
        <w:rPr>
          <w:lang w:eastAsia="ja-JP"/>
        </w:rPr>
      </w:pPr>
      <w:r>
        <w:rPr>
          <w:rFonts w:hint="eastAsia"/>
          <w:b/>
          <w:lang w:eastAsia="ja-JP"/>
        </w:rPr>
        <w:t>（例：</w:t>
      </w:r>
      <w:r w:rsidRPr="00A51AB0">
        <w:rPr>
          <w:b/>
          <w:lang w:eastAsia="ja-JP"/>
        </w:rPr>
        <w:t>C、C++、Python、Verilog、VHDL、MATLAB/Simulink、各種EDAツール、CAD等</w:t>
      </w:r>
      <w:r>
        <w:rPr>
          <w:rFonts w:hint="eastAsia"/>
          <w:b/>
          <w:lang w:eastAsia="ja-JP"/>
        </w:rPr>
        <w:t>）</w:t>
      </w:r>
    </w:p>
    <w:p w14:paraId="24A84F00" w14:textId="7C986366" w:rsidR="00D96081" w:rsidRDefault="00000000" w:rsidP="00AD711E">
      <w:pPr>
        <w:spacing w:after="0" w:line="240" w:lineRule="exact"/>
        <w:rPr>
          <w:lang w:eastAsia="ja-JP"/>
        </w:rPr>
      </w:pPr>
      <w:r>
        <w:rPr>
          <w:lang w:eastAsia="ja-JP"/>
        </w:rPr>
        <w:t>_______________________________________________________________________________</w:t>
      </w:r>
      <w:r w:rsidR="00140652">
        <w:rPr>
          <w:lang w:eastAsia="ja-JP"/>
        </w:rPr>
        <w:t>__________________________</w:t>
      </w:r>
    </w:p>
    <w:p w14:paraId="67EB8113" w14:textId="7D2A36D0" w:rsidR="00D96081" w:rsidRDefault="00000000" w:rsidP="00AD711E">
      <w:pPr>
        <w:spacing w:after="0" w:line="240" w:lineRule="exact"/>
        <w:rPr>
          <w:lang w:eastAsia="ja-JP"/>
        </w:rPr>
      </w:pPr>
      <w:r>
        <w:rPr>
          <w:lang w:eastAsia="ja-JP"/>
        </w:rPr>
        <w:t>_______________________________________________________________________________</w:t>
      </w:r>
      <w:r w:rsidR="00140652">
        <w:rPr>
          <w:lang w:eastAsia="ja-JP"/>
        </w:rPr>
        <w:t>__________________________</w:t>
      </w:r>
    </w:p>
    <w:p w14:paraId="50C39A15" w14:textId="77777777" w:rsidR="00D96081" w:rsidRDefault="00000000" w:rsidP="00AD711E">
      <w:pPr>
        <w:spacing w:after="0" w:line="240" w:lineRule="exact"/>
        <w:rPr>
          <w:lang w:eastAsia="ja-JP"/>
        </w:rPr>
      </w:pPr>
      <w:r>
        <w:rPr>
          <w:b/>
          <w:lang w:eastAsia="ja-JP"/>
        </w:rPr>
        <w:t>技術・開発経験の具体例（何を、どのように考え、どのように作った・研究した・改善したか）</w:t>
      </w:r>
    </w:p>
    <w:p w14:paraId="7AFAEBD8" w14:textId="5785C604" w:rsidR="00D96081" w:rsidRDefault="00000000" w:rsidP="00AD711E">
      <w:pPr>
        <w:spacing w:after="0" w:line="240" w:lineRule="exact"/>
        <w:rPr>
          <w:lang w:eastAsia="ja-JP"/>
        </w:rPr>
      </w:pPr>
      <w:r>
        <w:rPr>
          <w:lang w:eastAsia="ja-JP"/>
        </w:rPr>
        <w:t>_______________________________________________________________________________</w:t>
      </w:r>
      <w:r w:rsidR="00140652">
        <w:rPr>
          <w:lang w:eastAsia="ja-JP"/>
        </w:rPr>
        <w:t>__________________________</w:t>
      </w:r>
    </w:p>
    <w:p w14:paraId="0736C3F8" w14:textId="420A7C6B" w:rsidR="00D96081" w:rsidRDefault="00000000" w:rsidP="00AD711E">
      <w:pPr>
        <w:spacing w:after="0" w:line="240" w:lineRule="exact"/>
        <w:rPr>
          <w:lang w:eastAsia="ja-JP"/>
        </w:rPr>
      </w:pPr>
      <w:r>
        <w:rPr>
          <w:lang w:eastAsia="ja-JP"/>
        </w:rPr>
        <w:t>_______________________________________________________________________________</w:t>
      </w:r>
      <w:r w:rsidR="00140652">
        <w:rPr>
          <w:lang w:eastAsia="ja-JP"/>
        </w:rPr>
        <w:t>__________________________</w:t>
      </w:r>
    </w:p>
    <w:p w14:paraId="5B08B65E" w14:textId="2753DD1B" w:rsidR="00D96081" w:rsidRDefault="00000000" w:rsidP="00AD711E">
      <w:pPr>
        <w:spacing w:after="0" w:line="240" w:lineRule="exact"/>
        <w:rPr>
          <w:lang w:eastAsia="ja-JP"/>
        </w:rPr>
      </w:pPr>
      <w:r>
        <w:rPr>
          <w:lang w:eastAsia="ja-JP"/>
        </w:rPr>
        <w:t>_______________________________________________________________________________</w:t>
      </w:r>
      <w:r w:rsidR="00140652">
        <w:rPr>
          <w:lang w:eastAsia="ja-JP"/>
        </w:rPr>
        <w:t>__________________________</w:t>
      </w:r>
    </w:p>
    <w:p w14:paraId="7849139B" w14:textId="57560C2E" w:rsidR="00D96081" w:rsidRDefault="00000000" w:rsidP="00AD711E">
      <w:pPr>
        <w:spacing w:after="0" w:line="240" w:lineRule="exact"/>
        <w:rPr>
          <w:lang w:eastAsia="ja-JP"/>
        </w:rPr>
      </w:pPr>
      <w:r>
        <w:rPr>
          <w:lang w:eastAsia="ja-JP"/>
        </w:rPr>
        <w:t>_______________________________________________________________________________</w:t>
      </w:r>
      <w:r w:rsidR="00140652">
        <w:rPr>
          <w:lang w:eastAsia="ja-JP"/>
        </w:rPr>
        <w:t>__________________________</w:t>
      </w:r>
    </w:p>
    <w:p w14:paraId="26820AE2" w14:textId="1B1E2378" w:rsidR="00D96081" w:rsidRDefault="00000000" w:rsidP="00AD711E">
      <w:pPr>
        <w:spacing w:after="0" w:line="240" w:lineRule="exact"/>
        <w:rPr>
          <w:lang w:eastAsia="ja-JP"/>
        </w:rPr>
      </w:pPr>
      <w:r>
        <w:rPr>
          <w:lang w:eastAsia="ja-JP"/>
        </w:rPr>
        <w:t>_______________________________________________________________________________</w:t>
      </w:r>
      <w:r w:rsidR="00140652">
        <w:rPr>
          <w:lang w:eastAsia="ja-JP"/>
        </w:rPr>
        <w:t>__________________________</w:t>
      </w:r>
    </w:p>
    <w:p w14:paraId="65E85764" w14:textId="77777777" w:rsidR="00D96081" w:rsidRDefault="00000000" w:rsidP="00140652">
      <w:pPr>
        <w:spacing w:after="0" w:line="240" w:lineRule="auto"/>
        <w:rPr>
          <w:lang w:eastAsia="ja-JP"/>
        </w:rPr>
      </w:pPr>
      <w:r>
        <w:rPr>
          <w:b/>
          <w:sz w:val="28"/>
          <w:u w:val="single"/>
          <w:lang w:eastAsia="ja-JP"/>
        </w:rPr>
        <w:t>4．技術への興味・探究心</w:t>
      </w:r>
    </w:p>
    <w:p w14:paraId="1D6D889F" w14:textId="77777777" w:rsidR="00D96081" w:rsidRDefault="00000000" w:rsidP="00AD711E">
      <w:pPr>
        <w:spacing w:after="0" w:line="240" w:lineRule="exact"/>
        <w:rPr>
          <w:lang w:eastAsia="ja-JP"/>
        </w:rPr>
      </w:pPr>
      <w:r>
        <w:rPr>
          <w:b/>
          <w:lang w:eastAsia="ja-JP"/>
        </w:rPr>
        <w:t>現在、興味を持っている技術は何ですか？ 興味を持ったきっかけや、今後学びたいことも記入してください。</w:t>
      </w:r>
    </w:p>
    <w:p w14:paraId="0E1F07D1" w14:textId="6E437581" w:rsidR="00D96081" w:rsidRDefault="00000000" w:rsidP="00AD711E">
      <w:pPr>
        <w:spacing w:after="0" w:line="240" w:lineRule="exact"/>
        <w:rPr>
          <w:lang w:eastAsia="ja-JP"/>
        </w:rPr>
      </w:pPr>
      <w:r>
        <w:rPr>
          <w:lang w:eastAsia="ja-JP"/>
        </w:rPr>
        <w:t>_______________________________________________________________________________</w:t>
      </w:r>
      <w:r w:rsidR="00140652">
        <w:rPr>
          <w:lang w:eastAsia="ja-JP"/>
        </w:rPr>
        <w:t>__________________________</w:t>
      </w:r>
    </w:p>
    <w:p w14:paraId="577B9E69" w14:textId="2CFFB792" w:rsidR="00D96081" w:rsidRDefault="00000000" w:rsidP="00AD711E">
      <w:pPr>
        <w:spacing w:after="0" w:line="240" w:lineRule="exact"/>
        <w:rPr>
          <w:lang w:eastAsia="ja-JP"/>
        </w:rPr>
      </w:pPr>
      <w:r>
        <w:rPr>
          <w:lang w:eastAsia="ja-JP"/>
        </w:rPr>
        <w:t>_______________________________________________________________________________</w:t>
      </w:r>
      <w:r w:rsidR="00140652">
        <w:rPr>
          <w:lang w:eastAsia="ja-JP"/>
        </w:rPr>
        <w:t>__________________________</w:t>
      </w:r>
    </w:p>
    <w:p w14:paraId="3C7918E8" w14:textId="6932307B" w:rsidR="00D96081" w:rsidRDefault="00000000" w:rsidP="00AD711E">
      <w:pPr>
        <w:spacing w:after="0" w:line="240" w:lineRule="exact"/>
        <w:rPr>
          <w:lang w:eastAsia="ja-JP"/>
        </w:rPr>
      </w:pPr>
      <w:r>
        <w:rPr>
          <w:lang w:eastAsia="ja-JP"/>
        </w:rPr>
        <w:t>_______________________________________________________________________________</w:t>
      </w:r>
      <w:r w:rsidR="00140652">
        <w:rPr>
          <w:lang w:eastAsia="ja-JP"/>
        </w:rPr>
        <w:t>__________________________</w:t>
      </w:r>
    </w:p>
    <w:p w14:paraId="0CBD524D" w14:textId="457AD3B9" w:rsidR="00D96081" w:rsidRDefault="00000000" w:rsidP="00AD711E">
      <w:pPr>
        <w:spacing w:after="0" w:line="240" w:lineRule="exact"/>
        <w:rPr>
          <w:lang w:eastAsia="ja-JP"/>
        </w:rPr>
      </w:pPr>
      <w:r>
        <w:rPr>
          <w:lang w:eastAsia="ja-JP"/>
        </w:rPr>
        <w:t>_______________________________________________________________________________</w:t>
      </w:r>
      <w:r w:rsidR="00140652">
        <w:rPr>
          <w:lang w:eastAsia="ja-JP"/>
        </w:rPr>
        <w:t>__________________________</w:t>
      </w:r>
    </w:p>
    <w:p w14:paraId="560B1B87" w14:textId="77777777" w:rsidR="00D96081" w:rsidRDefault="00000000" w:rsidP="00AD711E">
      <w:pPr>
        <w:spacing w:after="0" w:line="240" w:lineRule="exact"/>
        <w:rPr>
          <w:lang w:eastAsia="ja-JP"/>
        </w:rPr>
      </w:pPr>
      <w:r>
        <w:rPr>
          <w:b/>
          <w:lang w:eastAsia="ja-JP"/>
        </w:rPr>
        <w:t>最近、興味を持った技術・製品・ニュース等があれば教えてください。</w:t>
      </w:r>
    </w:p>
    <w:p w14:paraId="032BF5CB" w14:textId="14192F69" w:rsidR="00D96081" w:rsidRDefault="00000000" w:rsidP="00AD711E">
      <w:pPr>
        <w:spacing w:after="0" w:line="240" w:lineRule="exact"/>
        <w:rPr>
          <w:lang w:eastAsia="ja-JP"/>
        </w:rPr>
      </w:pPr>
      <w:r>
        <w:rPr>
          <w:lang w:eastAsia="ja-JP"/>
        </w:rPr>
        <w:t>_______________________________________________________________________________</w:t>
      </w:r>
      <w:r w:rsidR="00140652">
        <w:rPr>
          <w:lang w:eastAsia="ja-JP"/>
        </w:rPr>
        <w:t>__________________________</w:t>
      </w:r>
    </w:p>
    <w:p w14:paraId="488127DD" w14:textId="253C8266" w:rsidR="00D96081" w:rsidRDefault="00000000" w:rsidP="00AD711E">
      <w:pPr>
        <w:spacing w:after="0" w:line="240" w:lineRule="exact"/>
        <w:rPr>
          <w:lang w:eastAsia="ja-JP"/>
        </w:rPr>
      </w:pPr>
      <w:r>
        <w:rPr>
          <w:lang w:eastAsia="ja-JP"/>
        </w:rPr>
        <w:t>_______________________________________________________________________________</w:t>
      </w:r>
      <w:r w:rsidR="00140652">
        <w:rPr>
          <w:lang w:eastAsia="ja-JP"/>
        </w:rPr>
        <w:t>__________________________</w:t>
      </w:r>
    </w:p>
    <w:p w14:paraId="1DE32F31" w14:textId="1D633FD3" w:rsidR="00D96081" w:rsidRDefault="00000000" w:rsidP="00AD711E">
      <w:pPr>
        <w:spacing w:after="0" w:line="240" w:lineRule="exact"/>
        <w:rPr>
          <w:lang w:eastAsia="ja-JP"/>
        </w:rPr>
      </w:pPr>
      <w:r>
        <w:rPr>
          <w:lang w:eastAsia="ja-JP"/>
        </w:rPr>
        <w:t>_______________________________________________________________________________</w:t>
      </w:r>
      <w:r w:rsidR="00140652">
        <w:rPr>
          <w:lang w:eastAsia="ja-JP"/>
        </w:rPr>
        <w:t>__________________________</w:t>
      </w:r>
    </w:p>
    <w:p w14:paraId="2F96367B" w14:textId="77777777" w:rsidR="00D96081" w:rsidRDefault="00000000" w:rsidP="00140652">
      <w:pPr>
        <w:spacing w:after="0" w:line="240" w:lineRule="auto"/>
        <w:rPr>
          <w:lang w:eastAsia="ja-JP"/>
        </w:rPr>
      </w:pPr>
      <w:r>
        <w:rPr>
          <w:b/>
          <w:sz w:val="28"/>
          <w:u w:val="single"/>
          <w:lang w:eastAsia="ja-JP"/>
        </w:rPr>
        <w:t>5．挑戦した経験</w:t>
      </w:r>
    </w:p>
    <w:p w14:paraId="30B4D1B2" w14:textId="77777777" w:rsidR="00D96081" w:rsidRPr="00744BF2" w:rsidRDefault="00000000" w:rsidP="00AD711E">
      <w:pPr>
        <w:spacing w:after="0" w:line="240" w:lineRule="exact"/>
        <w:rPr>
          <w:b/>
          <w:bCs/>
          <w:lang w:eastAsia="ja-JP"/>
        </w:rPr>
      </w:pPr>
      <w:r w:rsidRPr="00744BF2">
        <w:rPr>
          <w:b/>
          <w:bCs/>
          <w:lang w:eastAsia="ja-JP"/>
        </w:rPr>
        <w:t>「自分で考えて挑戦したこと」を一つ教えてください。成功した経験に限りません。</w:t>
      </w:r>
    </w:p>
    <w:p w14:paraId="23DD584E" w14:textId="77777777" w:rsidR="00D96081" w:rsidRPr="00744BF2" w:rsidRDefault="00000000" w:rsidP="00AD711E">
      <w:pPr>
        <w:spacing w:after="0" w:line="240" w:lineRule="exact"/>
        <w:rPr>
          <w:b/>
          <w:bCs/>
          <w:lang w:eastAsia="ja-JP"/>
        </w:rPr>
      </w:pPr>
      <w:r w:rsidRPr="00744BF2">
        <w:rPr>
          <w:b/>
          <w:bCs/>
          <w:lang w:eastAsia="ja-JP"/>
        </w:rPr>
        <w:t>（挑戦した理由／考えたこと・行動／問題・失敗／そこから学んだこと、など）</w:t>
      </w:r>
    </w:p>
    <w:p w14:paraId="7D917C7A" w14:textId="0394410C" w:rsidR="00D96081" w:rsidRDefault="00000000" w:rsidP="00AD711E">
      <w:pPr>
        <w:spacing w:after="0" w:line="240" w:lineRule="exact"/>
        <w:rPr>
          <w:lang w:eastAsia="ja-JP"/>
        </w:rPr>
      </w:pPr>
      <w:r>
        <w:rPr>
          <w:lang w:eastAsia="ja-JP"/>
        </w:rPr>
        <w:t>_______________________________________________________________________________</w:t>
      </w:r>
      <w:r w:rsidR="00140652">
        <w:rPr>
          <w:lang w:eastAsia="ja-JP"/>
        </w:rPr>
        <w:t>__________________________</w:t>
      </w:r>
    </w:p>
    <w:p w14:paraId="516153D9" w14:textId="69901018" w:rsidR="00D96081" w:rsidRDefault="00000000" w:rsidP="00AD711E">
      <w:pPr>
        <w:spacing w:after="0" w:line="240" w:lineRule="exact"/>
        <w:rPr>
          <w:lang w:eastAsia="ja-JP"/>
        </w:rPr>
      </w:pPr>
      <w:r>
        <w:rPr>
          <w:lang w:eastAsia="ja-JP"/>
        </w:rPr>
        <w:t>_______________________________________________________________________________</w:t>
      </w:r>
      <w:r w:rsidR="00140652">
        <w:rPr>
          <w:lang w:eastAsia="ja-JP"/>
        </w:rPr>
        <w:t>__________________________</w:t>
      </w:r>
    </w:p>
    <w:p w14:paraId="1DDA8BAB" w14:textId="56C66566" w:rsidR="00D96081" w:rsidRDefault="00000000" w:rsidP="00AD711E">
      <w:pPr>
        <w:spacing w:after="0" w:line="240" w:lineRule="exact"/>
        <w:rPr>
          <w:lang w:eastAsia="ja-JP"/>
        </w:rPr>
      </w:pPr>
      <w:r>
        <w:rPr>
          <w:lang w:eastAsia="ja-JP"/>
        </w:rPr>
        <w:t>_______________________________________________________________________________</w:t>
      </w:r>
      <w:r w:rsidR="00140652">
        <w:rPr>
          <w:lang w:eastAsia="ja-JP"/>
        </w:rPr>
        <w:t>__________________________</w:t>
      </w:r>
    </w:p>
    <w:p w14:paraId="642CDECF" w14:textId="142CDD7D" w:rsidR="00D96081" w:rsidRDefault="00000000" w:rsidP="00AD711E">
      <w:pPr>
        <w:spacing w:after="0" w:line="240" w:lineRule="exact"/>
        <w:rPr>
          <w:lang w:eastAsia="ja-JP"/>
        </w:rPr>
      </w:pPr>
      <w:r>
        <w:rPr>
          <w:lang w:eastAsia="ja-JP"/>
        </w:rPr>
        <w:t>_______________________________________________________________________________</w:t>
      </w:r>
      <w:r w:rsidR="00140652">
        <w:rPr>
          <w:lang w:eastAsia="ja-JP"/>
        </w:rPr>
        <w:t>__________________________</w:t>
      </w:r>
    </w:p>
    <w:p w14:paraId="286C942D" w14:textId="1839B950" w:rsidR="00D96081" w:rsidRDefault="00000000" w:rsidP="00AD711E">
      <w:pPr>
        <w:spacing w:after="0" w:line="240" w:lineRule="exact"/>
        <w:rPr>
          <w:lang w:eastAsia="ja-JP"/>
        </w:rPr>
      </w:pPr>
      <w:r>
        <w:rPr>
          <w:lang w:eastAsia="ja-JP"/>
        </w:rPr>
        <w:t>_______________________________________________________________________________</w:t>
      </w:r>
      <w:r w:rsidR="00140652">
        <w:rPr>
          <w:lang w:eastAsia="ja-JP"/>
        </w:rPr>
        <w:t>__________________________</w:t>
      </w:r>
    </w:p>
    <w:p w14:paraId="2946F1A4" w14:textId="77777777" w:rsidR="00D96081" w:rsidRDefault="00000000" w:rsidP="00140652">
      <w:pPr>
        <w:spacing w:after="0" w:line="240" w:lineRule="auto"/>
        <w:rPr>
          <w:lang w:eastAsia="ja-JP"/>
        </w:rPr>
      </w:pPr>
      <w:r>
        <w:rPr>
          <w:b/>
          <w:sz w:val="28"/>
          <w:u w:val="single"/>
          <w:lang w:eastAsia="ja-JP"/>
        </w:rPr>
        <w:lastRenderedPageBreak/>
        <w:t>6．自分について</w:t>
      </w:r>
    </w:p>
    <w:p w14:paraId="21B0EDC2" w14:textId="77777777" w:rsidR="00D96081" w:rsidRDefault="00000000" w:rsidP="00AD711E">
      <w:pPr>
        <w:spacing w:after="0" w:line="240" w:lineRule="exact"/>
        <w:rPr>
          <w:lang w:eastAsia="ja-JP"/>
        </w:rPr>
      </w:pPr>
      <w:r>
        <w:rPr>
          <w:b/>
          <w:lang w:eastAsia="ja-JP"/>
        </w:rPr>
        <w:t>あなたの「強み」を教えてください。技術に限らず、あなた自身の特徴や得意なことを記入してください。</w:t>
      </w:r>
    </w:p>
    <w:p w14:paraId="1B9DE267" w14:textId="0060D1C5" w:rsidR="00D96081" w:rsidRDefault="00000000" w:rsidP="00AD711E">
      <w:pPr>
        <w:spacing w:after="0" w:line="240" w:lineRule="exact"/>
        <w:rPr>
          <w:lang w:eastAsia="ja-JP"/>
        </w:rPr>
      </w:pPr>
      <w:r>
        <w:rPr>
          <w:lang w:eastAsia="ja-JP"/>
        </w:rPr>
        <w:t>________________________________________________________________________________</w:t>
      </w:r>
      <w:r w:rsidR="00AD711E">
        <w:rPr>
          <w:lang w:eastAsia="ja-JP"/>
        </w:rPr>
        <w:t>_________________________</w:t>
      </w:r>
    </w:p>
    <w:p w14:paraId="1303425E" w14:textId="1D5C2752" w:rsidR="00D96081" w:rsidRDefault="00000000" w:rsidP="00AD711E">
      <w:pPr>
        <w:spacing w:after="0" w:line="240" w:lineRule="exact"/>
        <w:rPr>
          <w:lang w:eastAsia="ja-JP"/>
        </w:rPr>
      </w:pPr>
      <w:r>
        <w:rPr>
          <w:lang w:eastAsia="ja-JP"/>
        </w:rPr>
        <w:t>________________________________________________________________________________</w:t>
      </w:r>
      <w:r w:rsidR="00AD711E">
        <w:rPr>
          <w:lang w:eastAsia="ja-JP"/>
        </w:rPr>
        <w:t>_________________________</w:t>
      </w:r>
    </w:p>
    <w:p w14:paraId="7F15C56B" w14:textId="735D2378" w:rsidR="00D96081" w:rsidRDefault="00000000" w:rsidP="00AD711E">
      <w:pPr>
        <w:spacing w:after="0" w:line="240" w:lineRule="exact"/>
        <w:rPr>
          <w:lang w:eastAsia="ja-JP"/>
        </w:rPr>
      </w:pPr>
      <w:r>
        <w:rPr>
          <w:lang w:eastAsia="ja-JP"/>
        </w:rPr>
        <w:t>________________________________________________________________________________</w:t>
      </w:r>
      <w:r w:rsidR="00AD711E">
        <w:rPr>
          <w:lang w:eastAsia="ja-JP"/>
        </w:rPr>
        <w:t>_________________________</w:t>
      </w:r>
    </w:p>
    <w:p w14:paraId="01439FB2" w14:textId="5726A109" w:rsidR="00D96081" w:rsidRDefault="00000000" w:rsidP="00AD711E">
      <w:pPr>
        <w:spacing w:after="0" w:line="240" w:lineRule="exact"/>
        <w:rPr>
          <w:lang w:eastAsia="ja-JP"/>
        </w:rPr>
      </w:pPr>
      <w:r>
        <w:rPr>
          <w:lang w:eastAsia="ja-JP"/>
        </w:rPr>
        <w:t>________________________________________________________________________________</w:t>
      </w:r>
      <w:r w:rsidR="00AD711E">
        <w:rPr>
          <w:lang w:eastAsia="ja-JP"/>
        </w:rPr>
        <w:t>_________________________</w:t>
      </w:r>
    </w:p>
    <w:p w14:paraId="1A523307" w14:textId="77777777" w:rsidR="00D96081" w:rsidRDefault="00000000" w:rsidP="00AD711E">
      <w:pPr>
        <w:spacing w:after="0" w:line="240" w:lineRule="exact"/>
        <w:rPr>
          <w:lang w:eastAsia="ja-JP"/>
        </w:rPr>
      </w:pPr>
      <w:r>
        <w:rPr>
          <w:b/>
          <w:lang w:eastAsia="ja-JP"/>
        </w:rPr>
        <w:t>一方で、「これから伸ばしたい」と考えていることは何ですか？</w:t>
      </w:r>
    </w:p>
    <w:p w14:paraId="5E7C5255" w14:textId="7FFCCC94" w:rsidR="00D96081" w:rsidRDefault="00000000" w:rsidP="00AD711E">
      <w:pPr>
        <w:spacing w:after="0" w:line="240" w:lineRule="exact"/>
        <w:rPr>
          <w:lang w:eastAsia="ja-JP"/>
        </w:rPr>
      </w:pPr>
      <w:r>
        <w:rPr>
          <w:lang w:eastAsia="ja-JP"/>
        </w:rPr>
        <w:t>________________________________________________________________________________</w:t>
      </w:r>
      <w:r w:rsidR="00AD711E">
        <w:rPr>
          <w:lang w:eastAsia="ja-JP"/>
        </w:rPr>
        <w:t>_________________________</w:t>
      </w:r>
    </w:p>
    <w:p w14:paraId="626F7476" w14:textId="204142B4" w:rsidR="00D96081" w:rsidRDefault="00000000" w:rsidP="00AD711E">
      <w:pPr>
        <w:spacing w:after="0" w:line="240" w:lineRule="exact"/>
        <w:rPr>
          <w:lang w:eastAsia="ja-JP"/>
        </w:rPr>
      </w:pPr>
      <w:r>
        <w:rPr>
          <w:lang w:eastAsia="ja-JP"/>
        </w:rPr>
        <w:t>________________________________________________________________________________</w:t>
      </w:r>
      <w:r w:rsidR="00AD711E">
        <w:rPr>
          <w:lang w:eastAsia="ja-JP"/>
        </w:rPr>
        <w:t>_________________________</w:t>
      </w:r>
    </w:p>
    <w:p w14:paraId="68D3B279" w14:textId="02A8AD77" w:rsidR="00D96081" w:rsidRDefault="00000000" w:rsidP="00AD711E">
      <w:pPr>
        <w:spacing w:after="0" w:line="240" w:lineRule="exact"/>
        <w:rPr>
          <w:lang w:eastAsia="ja-JP"/>
        </w:rPr>
      </w:pPr>
      <w:r>
        <w:rPr>
          <w:lang w:eastAsia="ja-JP"/>
        </w:rPr>
        <w:t>________________________________________________________________________________</w:t>
      </w:r>
      <w:r w:rsidR="00AD711E">
        <w:rPr>
          <w:lang w:eastAsia="ja-JP"/>
        </w:rPr>
        <w:t>_________________________</w:t>
      </w:r>
    </w:p>
    <w:p w14:paraId="1C72C378" w14:textId="77777777" w:rsidR="00D96081" w:rsidRDefault="00000000" w:rsidP="00140652">
      <w:pPr>
        <w:spacing w:after="0" w:line="240" w:lineRule="auto"/>
        <w:rPr>
          <w:lang w:eastAsia="ja-JP"/>
        </w:rPr>
      </w:pPr>
      <w:r>
        <w:rPr>
          <w:b/>
          <w:sz w:val="28"/>
          <w:u w:val="single"/>
          <w:lang w:eastAsia="ja-JP"/>
        </w:rPr>
        <w:t>7．当社への応募について</w:t>
      </w:r>
    </w:p>
    <w:p w14:paraId="79C1A191" w14:textId="77777777" w:rsidR="00D96081" w:rsidRDefault="00000000" w:rsidP="00AD711E">
      <w:pPr>
        <w:spacing w:after="0" w:line="240" w:lineRule="exact"/>
        <w:rPr>
          <w:lang w:eastAsia="ja-JP"/>
        </w:rPr>
      </w:pPr>
      <w:r>
        <w:rPr>
          <w:b/>
          <w:lang w:eastAsia="ja-JP"/>
        </w:rPr>
        <w:t>当社に興味を持った理由を教えてください。</w:t>
      </w:r>
    </w:p>
    <w:p w14:paraId="146022C0" w14:textId="1C1358F1" w:rsidR="00D96081" w:rsidRDefault="00000000" w:rsidP="00AD711E">
      <w:pPr>
        <w:spacing w:after="0" w:line="240" w:lineRule="exact"/>
        <w:rPr>
          <w:lang w:eastAsia="ja-JP"/>
        </w:rPr>
      </w:pPr>
      <w:r>
        <w:rPr>
          <w:lang w:eastAsia="ja-JP"/>
        </w:rPr>
        <w:t>________________________________________________________________________________</w:t>
      </w:r>
      <w:r w:rsidR="00AD711E">
        <w:rPr>
          <w:lang w:eastAsia="ja-JP"/>
        </w:rPr>
        <w:t>_________________________</w:t>
      </w:r>
    </w:p>
    <w:p w14:paraId="4721E8F4" w14:textId="2D47DD90" w:rsidR="00D96081" w:rsidRDefault="00000000" w:rsidP="00AD711E">
      <w:pPr>
        <w:spacing w:after="0" w:line="240" w:lineRule="exact"/>
        <w:rPr>
          <w:lang w:eastAsia="ja-JP"/>
        </w:rPr>
      </w:pPr>
      <w:r>
        <w:rPr>
          <w:lang w:eastAsia="ja-JP"/>
        </w:rPr>
        <w:t>________________________________________________________________________________</w:t>
      </w:r>
      <w:r w:rsidR="00AD711E">
        <w:rPr>
          <w:lang w:eastAsia="ja-JP"/>
        </w:rPr>
        <w:t>_________________________</w:t>
      </w:r>
    </w:p>
    <w:p w14:paraId="7AF2C43C" w14:textId="390B96C9" w:rsidR="00D96081" w:rsidRDefault="00000000" w:rsidP="00AD711E">
      <w:pPr>
        <w:spacing w:after="0" w:line="240" w:lineRule="exact"/>
        <w:rPr>
          <w:lang w:eastAsia="ja-JP"/>
        </w:rPr>
      </w:pPr>
      <w:r>
        <w:rPr>
          <w:lang w:eastAsia="ja-JP"/>
        </w:rPr>
        <w:t>________________________________________________________________________________</w:t>
      </w:r>
      <w:r w:rsidR="00AD711E">
        <w:rPr>
          <w:lang w:eastAsia="ja-JP"/>
        </w:rPr>
        <w:t>_________________________</w:t>
      </w:r>
    </w:p>
    <w:p w14:paraId="4E5F2BB4" w14:textId="0CA45CB6" w:rsidR="00D96081" w:rsidRDefault="00000000" w:rsidP="00AD711E">
      <w:pPr>
        <w:spacing w:after="0" w:line="240" w:lineRule="exact"/>
        <w:rPr>
          <w:lang w:eastAsia="ja-JP"/>
        </w:rPr>
      </w:pPr>
      <w:r>
        <w:rPr>
          <w:lang w:eastAsia="ja-JP"/>
        </w:rPr>
        <w:t>________________________________________________________________________________</w:t>
      </w:r>
      <w:r w:rsidR="00AD711E">
        <w:rPr>
          <w:lang w:eastAsia="ja-JP"/>
        </w:rPr>
        <w:t>_________________________</w:t>
      </w:r>
    </w:p>
    <w:p w14:paraId="341C869C" w14:textId="77777777" w:rsidR="00D96081" w:rsidRDefault="00000000" w:rsidP="00AD711E">
      <w:pPr>
        <w:spacing w:after="0" w:line="240" w:lineRule="exact"/>
        <w:rPr>
          <w:lang w:eastAsia="ja-JP"/>
        </w:rPr>
      </w:pPr>
      <w:r>
        <w:rPr>
          <w:b/>
          <w:lang w:eastAsia="ja-JP"/>
        </w:rPr>
        <w:t>当社で挑戦してみたいこと、やってみたい技術・開発があれば教えてください。</w:t>
      </w:r>
    </w:p>
    <w:p w14:paraId="4564EFEE" w14:textId="188574BB" w:rsidR="00D96081" w:rsidRDefault="00000000" w:rsidP="00AD711E">
      <w:pPr>
        <w:spacing w:after="0" w:line="240" w:lineRule="exact"/>
        <w:rPr>
          <w:lang w:eastAsia="ja-JP"/>
        </w:rPr>
      </w:pPr>
      <w:r>
        <w:rPr>
          <w:lang w:eastAsia="ja-JP"/>
        </w:rPr>
        <w:t>________________________________________________________________________________</w:t>
      </w:r>
      <w:r w:rsidR="00AD711E">
        <w:rPr>
          <w:lang w:eastAsia="ja-JP"/>
        </w:rPr>
        <w:t>_________________________</w:t>
      </w:r>
    </w:p>
    <w:p w14:paraId="4C554E75" w14:textId="52DBEFC4" w:rsidR="00D96081" w:rsidRDefault="00000000" w:rsidP="00AD711E">
      <w:pPr>
        <w:spacing w:after="0" w:line="240" w:lineRule="exact"/>
        <w:rPr>
          <w:lang w:eastAsia="ja-JP"/>
        </w:rPr>
      </w:pPr>
      <w:r>
        <w:rPr>
          <w:lang w:eastAsia="ja-JP"/>
        </w:rPr>
        <w:t>________________________________________________________________________________</w:t>
      </w:r>
      <w:r w:rsidR="00AD711E">
        <w:rPr>
          <w:lang w:eastAsia="ja-JP"/>
        </w:rPr>
        <w:t>_________________________</w:t>
      </w:r>
    </w:p>
    <w:p w14:paraId="7FAFC5E7" w14:textId="5A8A1721" w:rsidR="00D96081" w:rsidRDefault="00000000" w:rsidP="00AD711E">
      <w:pPr>
        <w:spacing w:after="0" w:line="240" w:lineRule="exact"/>
        <w:rPr>
          <w:lang w:eastAsia="ja-JP"/>
        </w:rPr>
      </w:pPr>
      <w:r>
        <w:rPr>
          <w:lang w:eastAsia="ja-JP"/>
        </w:rPr>
        <w:t>________________________________________________________________________________</w:t>
      </w:r>
      <w:r w:rsidR="00AD711E">
        <w:rPr>
          <w:lang w:eastAsia="ja-JP"/>
        </w:rPr>
        <w:t>_________________________</w:t>
      </w:r>
    </w:p>
    <w:p w14:paraId="1548223C" w14:textId="7EA64086" w:rsidR="00D96081" w:rsidRDefault="00000000" w:rsidP="00AD711E">
      <w:pPr>
        <w:spacing w:after="0" w:line="240" w:lineRule="exact"/>
        <w:rPr>
          <w:lang w:eastAsia="ja-JP"/>
        </w:rPr>
      </w:pPr>
      <w:r>
        <w:rPr>
          <w:lang w:eastAsia="ja-JP"/>
        </w:rPr>
        <w:t>________________________________________________________________________________</w:t>
      </w:r>
      <w:r w:rsidR="00AD711E">
        <w:rPr>
          <w:lang w:eastAsia="ja-JP"/>
        </w:rPr>
        <w:t>_________________________</w:t>
      </w:r>
    </w:p>
    <w:p w14:paraId="0B562042" w14:textId="77777777" w:rsidR="00D96081" w:rsidRDefault="00000000" w:rsidP="00140652">
      <w:pPr>
        <w:spacing w:after="0" w:line="240" w:lineRule="auto"/>
        <w:rPr>
          <w:lang w:eastAsia="ja-JP"/>
        </w:rPr>
      </w:pPr>
      <w:r>
        <w:rPr>
          <w:b/>
          <w:sz w:val="28"/>
          <w:u w:val="single"/>
          <w:lang w:eastAsia="ja-JP"/>
        </w:rPr>
        <w:t>8．もし、自由に技術を一つ選んで、半年間勉強・開発できるとしたら？</w:t>
      </w:r>
    </w:p>
    <w:p w14:paraId="022029E5" w14:textId="77777777" w:rsidR="00D96081" w:rsidRDefault="00000000" w:rsidP="00AD711E">
      <w:pPr>
        <w:spacing w:after="0" w:line="240" w:lineRule="exact"/>
        <w:rPr>
          <w:lang w:eastAsia="ja-JP"/>
        </w:rPr>
      </w:pPr>
      <w:r>
        <w:rPr>
          <w:lang w:eastAsia="ja-JP"/>
        </w:rPr>
        <w:t>何をやってみたいですか？ 「なぜそれをやってみたいのか」も含めて自由に記入してください。</w:t>
      </w:r>
    </w:p>
    <w:p w14:paraId="26F3E639" w14:textId="4B065854" w:rsidR="00D96081" w:rsidRDefault="00000000" w:rsidP="00AD711E">
      <w:pPr>
        <w:spacing w:after="0" w:line="240" w:lineRule="exact"/>
        <w:rPr>
          <w:lang w:eastAsia="ja-JP"/>
        </w:rPr>
      </w:pPr>
      <w:r>
        <w:rPr>
          <w:lang w:eastAsia="ja-JP"/>
        </w:rPr>
        <w:t>________________________________________________________________________________</w:t>
      </w:r>
      <w:r w:rsidR="00AD711E">
        <w:rPr>
          <w:lang w:eastAsia="ja-JP"/>
        </w:rPr>
        <w:t>_________________________</w:t>
      </w:r>
    </w:p>
    <w:p w14:paraId="75D3DCBE" w14:textId="4D776DE6" w:rsidR="00D96081" w:rsidRDefault="00000000" w:rsidP="00AD711E">
      <w:pPr>
        <w:spacing w:after="0" w:line="240" w:lineRule="exact"/>
        <w:rPr>
          <w:lang w:eastAsia="ja-JP"/>
        </w:rPr>
      </w:pPr>
      <w:r>
        <w:rPr>
          <w:lang w:eastAsia="ja-JP"/>
        </w:rPr>
        <w:t>________________________________________________________________________________</w:t>
      </w:r>
      <w:r w:rsidR="00AD711E">
        <w:rPr>
          <w:lang w:eastAsia="ja-JP"/>
        </w:rPr>
        <w:t>_________________________</w:t>
      </w:r>
    </w:p>
    <w:p w14:paraId="5BC8532B" w14:textId="79BFF328" w:rsidR="00D96081" w:rsidRDefault="00000000" w:rsidP="00AD711E">
      <w:pPr>
        <w:spacing w:after="0" w:line="240" w:lineRule="exact"/>
        <w:rPr>
          <w:lang w:eastAsia="ja-JP"/>
        </w:rPr>
      </w:pPr>
      <w:r>
        <w:rPr>
          <w:lang w:eastAsia="ja-JP"/>
        </w:rPr>
        <w:t>________________________________________________________________________________</w:t>
      </w:r>
      <w:r w:rsidR="00AD711E">
        <w:rPr>
          <w:lang w:eastAsia="ja-JP"/>
        </w:rPr>
        <w:t>_________________________</w:t>
      </w:r>
    </w:p>
    <w:p w14:paraId="2F2B7310" w14:textId="53E0473B" w:rsidR="00D96081" w:rsidRDefault="00000000" w:rsidP="00AD711E">
      <w:pPr>
        <w:spacing w:after="0" w:line="240" w:lineRule="exact"/>
        <w:rPr>
          <w:lang w:eastAsia="ja-JP"/>
        </w:rPr>
      </w:pPr>
      <w:r>
        <w:rPr>
          <w:lang w:eastAsia="ja-JP"/>
        </w:rPr>
        <w:t>________________________________________________________________________________</w:t>
      </w:r>
      <w:r w:rsidR="00AD711E">
        <w:rPr>
          <w:lang w:eastAsia="ja-JP"/>
        </w:rPr>
        <w:t>_________________________</w:t>
      </w:r>
    </w:p>
    <w:p w14:paraId="30E9E981" w14:textId="77777777" w:rsidR="00D96081" w:rsidRDefault="00000000" w:rsidP="00140652">
      <w:pPr>
        <w:spacing w:after="0" w:line="240" w:lineRule="auto"/>
        <w:rPr>
          <w:lang w:eastAsia="ja-JP"/>
        </w:rPr>
      </w:pPr>
      <w:r>
        <w:rPr>
          <w:b/>
          <w:sz w:val="28"/>
          <w:u w:val="single"/>
          <w:lang w:eastAsia="ja-JP"/>
        </w:rPr>
        <w:t>9．自由記入欄</w:t>
      </w:r>
    </w:p>
    <w:p w14:paraId="18AFD8A6" w14:textId="77777777" w:rsidR="00D96081" w:rsidRDefault="00000000" w:rsidP="00AD711E">
      <w:pPr>
        <w:spacing w:after="0" w:line="240" w:lineRule="exact"/>
        <w:rPr>
          <w:lang w:eastAsia="ja-JP"/>
        </w:rPr>
      </w:pPr>
      <w:r>
        <w:rPr>
          <w:lang w:eastAsia="ja-JP"/>
        </w:rPr>
        <w:t>研究・制作物、コンテスト、資格、課外活動、趣味など、あなたが伝えたいことがあれば自由に記入してください。</w:t>
      </w:r>
    </w:p>
    <w:p w14:paraId="2D172987" w14:textId="5E198C75" w:rsidR="00D96081" w:rsidRDefault="00000000" w:rsidP="00AD711E">
      <w:pPr>
        <w:spacing w:after="0" w:line="240" w:lineRule="exact"/>
        <w:rPr>
          <w:lang w:eastAsia="ja-JP"/>
        </w:rPr>
      </w:pPr>
      <w:r>
        <w:rPr>
          <w:lang w:eastAsia="ja-JP"/>
        </w:rPr>
        <w:t>________________________________________________________________________________</w:t>
      </w:r>
      <w:r w:rsidR="00AD711E">
        <w:rPr>
          <w:lang w:eastAsia="ja-JP"/>
        </w:rPr>
        <w:t>_________________________</w:t>
      </w:r>
    </w:p>
    <w:p w14:paraId="6CA0F5FC" w14:textId="152E3F2C" w:rsidR="00D96081" w:rsidRDefault="00000000" w:rsidP="00AD711E">
      <w:pPr>
        <w:spacing w:after="0" w:line="240" w:lineRule="exact"/>
        <w:rPr>
          <w:lang w:eastAsia="ja-JP"/>
        </w:rPr>
      </w:pPr>
      <w:r>
        <w:rPr>
          <w:lang w:eastAsia="ja-JP"/>
        </w:rPr>
        <w:t>________________________________________________________________________________</w:t>
      </w:r>
      <w:r w:rsidR="00AD711E">
        <w:rPr>
          <w:lang w:eastAsia="ja-JP"/>
        </w:rPr>
        <w:t>_________________________</w:t>
      </w:r>
    </w:p>
    <w:p w14:paraId="7609AB7F" w14:textId="2A3A2638" w:rsidR="00D96081" w:rsidRDefault="00000000" w:rsidP="00AD711E">
      <w:pPr>
        <w:spacing w:after="0" w:line="240" w:lineRule="exact"/>
        <w:rPr>
          <w:lang w:eastAsia="ja-JP"/>
        </w:rPr>
      </w:pPr>
      <w:r>
        <w:rPr>
          <w:lang w:eastAsia="ja-JP"/>
        </w:rPr>
        <w:t>________________________________________________________________________________</w:t>
      </w:r>
      <w:r w:rsidR="00AD711E">
        <w:rPr>
          <w:lang w:eastAsia="ja-JP"/>
        </w:rPr>
        <w:t>_________________________</w:t>
      </w:r>
    </w:p>
    <w:p w14:paraId="6C051727" w14:textId="13D904C5" w:rsidR="00D96081" w:rsidRDefault="00000000" w:rsidP="00AD711E">
      <w:pPr>
        <w:spacing w:after="0" w:line="240" w:lineRule="exact"/>
        <w:rPr>
          <w:lang w:eastAsia="ja-JP"/>
        </w:rPr>
      </w:pPr>
      <w:r>
        <w:rPr>
          <w:lang w:eastAsia="ja-JP"/>
        </w:rPr>
        <w:t>________________________________________________________________________________</w:t>
      </w:r>
      <w:r w:rsidR="00AD711E">
        <w:rPr>
          <w:lang w:eastAsia="ja-JP"/>
        </w:rPr>
        <w:t>_________________________</w:t>
      </w:r>
    </w:p>
    <w:p w14:paraId="45FC1583" w14:textId="77777777" w:rsidR="00AD711E" w:rsidRDefault="00AD711E" w:rsidP="00AD711E">
      <w:pPr>
        <w:spacing w:after="0" w:line="240" w:lineRule="exact"/>
        <w:rPr>
          <w:lang w:eastAsia="ja-JP"/>
        </w:rPr>
      </w:pPr>
    </w:p>
    <w:p w14:paraId="1A56224A" w14:textId="77777777" w:rsidR="00D96081" w:rsidRDefault="00000000" w:rsidP="00140652">
      <w:pPr>
        <w:spacing w:after="0" w:line="240" w:lineRule="auto"/>
        <w:rPr>
          <w:lang w:eastAsia="ja-JP"/>
        </w:rPr>
      </w:pPr>
      <w:r>
        <w:rPr>
          <w:b/>
          <w:sz w:val="28"/>
          <w:u w:val="single"/>
          <w:lang w:eastAsia="ja-JP"/>
        </w:rPr>
        <w:t>応募者の皆さまへ</w:t>
      </w:r>
    </w:p>
    <w:p w14:paraId="756E32BE" w14:textId="77777777" w:rsidR="00D96081" w:rsidRDefault="00000000" w:rsidP="00140652">
      <w:pPr>
        <w:spacing w:after="0" w:line="240" w:lineRule="auto"/>
        <w:rPr>
          <w:lang w:eastAsia="ja-JP"/>
        </w:rPr>
      </w:pPr>
      <w:r>
        <w:rPr>
          <w:b/>
          <w:lang w:eastAsia="ja-JP"/>
        </w:rPr>
        <w:t>「まだ専門的な知識や経験が十分ではない」という方も歓迎します。</w:t>
      </w:r>
    </w:p>
    <w:p w14:paraId="1F9D9644" w14:textId="77777777" w:rsidR="00D96081" w:rsidRDefault="00000000" w:rsidP="00140652">
      <w:pPr>
        <w:spacing w:after="0" w:line="240" w:lineRule="auto"/>
        <w:rPr>
          <w:lang w:eastAsia="ja-JP"/>
        </w:rPr>
      </w:pPr>
      <w:r>
        <w:rPr>
          <w:lang w:eastAsia="ja-JP"/>
        </w:rPr>
        <w:t>私たちが大切にしているのは、現在の知識量だけではありません。「技術が好き」「もっと知りたい」「自分でやってみたい」という好奇心や探究心を持ち、自ら考えて行動できる方を求めています。</w:t>
      </w:r>
    </w:p>
    <w:p w14:paraId="7B9A7043" w14:textId="77777777" w:rsidR="00D96081" w:rsidRDefault="00000000" w:rsidP="00140652">
      <w:pPr>
        <w:spacing w:after="0" w:line="240" w:lineRule="auto"/>
        <w:rPr>
          <w:lang w:eastAsia="ja-JP"/>
        </w:rPr>
      </w:pPr>
      <w:r>
        <w:rPr>
          <w:lang w:eastAsia="ja-JP"/>
        </w:rPr>
        <w:t>研究や開発の経験はもちろん、個人でのプログラミングや電子工作、趣味で技術を追究している経験なども歓迎します。あなたがこれまでに「何に興味を持ち、何を考え、どのように挑戦してきたのか」を、ぜひ聞かせてください。</w:t>
      </w:r>
    </w:p>
    <w:p w14:paraId="5AA1BCEE" w14:textId="77777777" w:rsidR="00AD711E" w:rsidRDefault="00AD711E" w:rsidP="00140652">
      <w:pPr>
        <w:spacing w:after="0" w:line="240" w:lineRule="auto"/>
        <w:rPr>
          <w:lang w:eastAsia="ja-JP"/>
        </w:rPr>
      </w:pPr>
    </w:p>
    <w:p w14:paraId="6ED1B811" w14:textId="77777777" w:rsidR="00D96081" w:rsidRDefault="00000000" w:rsidP="00140652">
      <w:pPr>
        <w:spacing w:after="0" w:line="240" w:lineRule="auto"/>
        <w:rPr>
          <w:lang w:eastAsia="ja-JP"/>
        </w:rPr>
      </w:pPr>
      <w:r>
        <w:rPr>
          <w:b/>
          <w:lang w:eastAsia="ja-JP"/>
        </w:rPr>
        <w:t>【提出方法】</w:t>
      </w:r>
    </w:p>
    <w:p w14:paraId="7E8F5C95" w14:textId="77777777" w:rsidR="00D96081" w:rsidRDefault="00000000" w:rsidP="00140652">
      <w:pPr>
        <w:spacing w:after="0" w:line="240" w:lineRule="auto"/>
        <w:rPr>
          <w:lang w:eastAsia="ja-JP"/>
        </w:rPr>
      </w:pPr>
      <w:r>
        <w:rPr>
          <w:lang w:eastAsia="ja-JP"/>
        </w:rPr>
        <w:t>本シートに必要事項を入力後、PDF形式で保存し、採用窓口宛にメールでご提出ください。</w:t>
      </w:r>
      <w:r>
        <w:rPr>
          <w:lang w:eastAsia="ja-JP"/>
        </w:rPr>
        <w:br/>
        <w:t>ファイル名：氏名_エントリーシート.pdf</w:t>
      </w:r>
    </w:p>
    <w:p w14:paraId="598D29B4" w14:textId="77777777" w:rsidR="00AB7870" w:rsidRDefault="00AB7870" w:rsidP="00AB7870">
      <w:pPr>
        <w:rPr>
          <w:lang w:eastAsia="ja-JP"/>
        </w:rPr>
      </w:pPr>
      <w:r>
        <w:rPr>
          <w:lang w:eastAsia="ja-JP"/>
        </w:rPr>
        <w:br w:type="page"/>
      </w:r>
    </w:p>
    <w:p w14:paraId="1785BDC7" w14:textId="77777777" w:rsidR="00AB7870" w:rsidRDefault="00AB7870" w:rsidP="00AB7870">
      <w:pPr>
        <w:jc w:val="center"/>
        <w:rPr>
          <w:lang w:eastAsia="ja-JP"/>
        </w:rPr>
      </w:pPr>
      <w:r>
        <w:rPr>
          <w:b/>
          <w:sz w:val="30"/>
          <w:lang w:eastAsia="ja-JP"/>
        </w:rPr>
        <w:lastRenderedPageBreak/>
        <w:t>応募書類の提出について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7422"/>
      </w:tblGrid>
      <w:tr w:rsidR="00AB7870" w14:paraId="54681BC2" w14:textId="77777777" w:rsidTr="00D52515">
        <w:trPr>
          <w:jc w:val="center"/>
        </w:trPr>
        <w:tc>
          <w:tcPr>
            <w:tcW w:w="2547" w:type="dxa"/>
            <w:shd w:val="clear" w:color="auto" w:fill="EDEDED"/>
            <w:vAlign w:val="center"/>
          </w:tcPr>
          <w:p w14:paraId="00CE378A" w14:textId="77777777" w:rsidR="00AB7870" w:rsidRDefault="00AB7870" w:rsidP="008C30FA">
            <w:r>
              <w:rPr>
                <w:b/>
                <w:sz w:val="18"/>
              </w:rPr>
              <w:t>提出書類</w:t>
            </w:r>
          </w:p>
        </w:tc>
        <w:tc>
          <w:tcPr>
            <w:tcW w:w="7422" w:type="dxa"/>
            <w:vAlign w:val="center"/>
          </w:tcPr>
          <w:p w14:paraId="02355E1C" w14:textId="77777777" w:rsidR="00AB7870" w:rsidRDefault="00AB7870" w:rsidP="008C30FA">
            <w:pPr>
              <w:rPr>
                <w:lang w:eastAsia="ja-JP"/>
              </w:rPr>
            </w:pPr>
            <w:r>
              <w:rPr>
                <w:sz w:val="18"/>
                <w:lang w:eastAsia="ja-JP"/>
              </w:rPr>
              <w:t>本エントリーシート（PDF形式）</w:t>
            </w:r>
          </w:p>
        </w:tc>
      </w:tr>
      <w:tr w:rsidR="00AB7870" w14:paraId="07FFF74C" w14:textId="77777777" w:rsidTr="00D52515">
        <w:trPr>
          <w:jc w:val="center"/>
        </w:trPr>
        <w:tc>
          <w:tcPr>
            <w:tcW w:w="2547" w:type="dxa"/>
            <w:shd w:val="clear" w:color="auto" w:fill="EDEDED"/>
            <w:vAlign w:val="center"/>
          </w:tcPr>
          <w:p w14:paraId="38FDC0AC" w14:textId="77777777" w:rsidR="00AB7870" w:rsidRDefault="00AB7870" w:rsidP="008C30FA">
            <w:r>
              <w:rPr>
                <w:b/>
                <w:sz w:val="18"/>
              </w:rPr>
              <w:t>提出方法</w:t>
            </w:r>
          </w:p>
        </w:tc>
        <w:tc>
          <w:tcPr>
            <w:tcW w:w="7422" w:type="dxa"/>
            <w:vAlign w:val="center"/>
          </w:tcPr>
          <w:p w14:paraId="79D553E2" w14:textId="05AB7AA2" w:rsidR="00AB7870" w:rsidRPr="00744E78" w:rsidRDefault="00AB7870" w:rsidP="008C30FA">
            <w:pPr>
              <w:rPr>
                <w:sz w:val="18"/>
                <w:szCs w:val="18"/>
                <w:lang w:eastAsia="ja-JP"/>
              </w:rPr>
            </w:pPr>
            <w:r w:rsidRPr="00744E78">
              <w:rPr>
                <w:sz w:val="18"/>
                <w:szCs w:val="18"/>
                <w:lang w:eastAsia="ja-JP"/>
              </w:rPr>
              <w:t>必要事項をWordに入力後、PDF形式で保存し、</w:t>
            </w:r>
            <w:r w:rsidR="00744E78" w:rsidRPr="00744E78">
              <w:rPr>
                <w:rFonts w:hint="eastAsia"/>
                <w:sz w:val="18"/>
                <w:szCs w:val="18"/>
                <w:lang w:eastAsia="ja-JP"/>
              </w:rPr>
              <w:t>当社HPの</w:t>
            </w:r>
            <w:hyperlink r:id="rId8" w:history="1">
              <w:r w:rsidR="00744E78" w:rsidRPr="00744E78">
                <w:rPr>
                  <w:rStyle w:val="aff"/>
                  <w:sz w:val="18"/>
                  <w:szCs w:val="18"/>
                  <w:lang w:eastAsia="ja-JP"/>
                </w:rPr>
                <w:t>応募フォーム</w:t>
              </w:r>
            </w:hyperlink>
            <w:r w:rsidR="00744E78" w:rsidRPr="00744E78">
              <w:rPr>
                <w:rFonts w:hint="eastAsia"/>
                <w:sz w:val="18"/>
                <w:szCs w:val="18"/>
                <w:lang w:eastAsia="ja-JP"/>
              </w:rPr>
              <w:t>より、希望職種で「新卒採用」を選択し、エントリーシートを</w:t>
            </w:r>
            <w:r w:rsidR="00744E78">
              <w:rPr>
                <w:rFonts w:hint="eastAsia"/>
                <w:sz w:val="18"/>
                <w:szCs w:val="18"/>
                <w:lang w:eastAsia="ja-JP"/>
              </w:rPr>
              <w:t>送付</w:t>
            </w:r>
            <w:r w:rsidR="00744E78" w:rsidRPr="00744E78">
              <w:rPr>
                <w:rFonts w:hint="eastAsia"/>
                <w:sz w:val="18"/>
                <w:szCs w:val="18"/>
                <w:lang w:eastAsia="ja-JP"/>
              </w:rPr>
              <w:t>して</w:t>
            </w:r>
            <w:r w:rsidRPr="00744E78">
              <w:rPr>
                <w:sz w:val="18"/>
                <w:szCs w:val="18"/>
                <w:lang w:eastAsia="ja-JP"/>
              </w:rPr>
              <w:t>ください。</w:t>
            </w:r>
          </w:p>
        </w:tc>
      </w:tr>
      <w:tr w:rsidR="00AB7870" w14:paraId="20DDB036" w14:textId="77777777" w:rsidTr="00D52515">
        <w:trPr>
          <w:jc w:val="center"/>
        </w:trPr>
        <w:tc>
          <w:tcPr>
            <w:tcW w:w="2547" w:type="dxa"/>
            <w:shd w:val="clear" w:color="auto" w:fill="EDEDED"/>
            <w:vAlign w:val="center"/>
          </w:tcPr>
          <w:p w14:paraId="01BECB32" w14:textId="77777777" w:rsidR="00AB7870" w:rsidRDefault="00AB7870" w:rsidP="008C30FA">
            <w:r>
              <w:rPr>
                <w:b/>
                <w:sz w:val="18"/>
              </w:rPr>
              <w:t>ファイル名</w:t>
            </w:r>
          </w:p>
        </w:tc>
        <w:tc>
          <w:tcPr>
            <w:tcW w:w="7422" w:type="dxa"/>
            <w:vAlign w:val="center"/>
          </w:tcPr>
          <w:p w14:paraId="0F85F391" w14:textId="77777777" w:rsidR="00AB7870" w:rsidRDefault="00AB7870" w:rsidP="008C30FA">
            <w:pPr>
              <w:rPr>
                <w:lang w:eastAsia="ja-JP"/>
              </w:rPr>
            </w:pPr>
            <w:r>
              <w:rPr>
                <w:sz w:val="18"/>
                <w:lang w:eastAsia="ja-JP"/>
              </w:rPr>
              <w:t>氏名_エントリーシート.pdf</w:t>
            </w:r>
          </w:p>
        </w:tc>
      </w:tr>
      <w:tr w:rsidR="00AB7870" w14:paraId="53CDBB8B" w14:textId="77777777" w:rsidTr="00D52515">
        <w:trPr>
          <w:jc w:val="center"/>
        </w:trPr>
        <w:tc>
          <w:tcPr>
            <w:tcW w:w="2547" w:type="dxa"/>
            <w:shd w:val="clear" w:color="auto" w:fill="EDEDED"/>
            <w:vAlign w:val="center"/>
          </w:tcPr>
          <w:p w14:paraId="48AA4C2D" w14:textId="77777777" w:rsidR="00AB7870" w:rsidRDefault="00AB7870" w:rsidP="008C30FA">
            <w:r>
              <w:rPr>
                <w:b/>
                <w:sz w:val="18"/>
              </w:rPr>
              <w:t>お問い合わせ</w:t>
            </w:r>
          </w:p>
        </w:tc>
        <w:tc>
          <w:tcPr>
            <w:tcW w:w="7422" w:type="dxa"/>
            <w:vAlign w:val="center"/>
          </w:tcPr>
          <w:p w14:paraId="48392859" w14:textId="2CF33C6E" w:rsidR="00AB7870" w:rsidRDefault="00AB7870" w:rsidP="008C30FA">
            <w:pPr>
              <w:rPr>
                <w:lang w:eastAsia="ja-JP"/>
              </w:rPr>
            </w:pPr>
            <w:r w:rsidRPr="00AB7870">
              <w:rPr>
                <w:sz w:val="18"/>
                <w:lang w:eastAsia="ja-JP"/>
              </w:rPr>
              <w:t>hr@suicte.co.jp ／人事担当</w:t>
            </w:r>
            <w:r>
              <w:rPr>
                <w:rFonts w:hint="eastAsia"/>
                <w:sz w:val="18"/>
                <w:lang w:eastAsia="ja-JP"/>
              </w:rPr>
              <w:t xml:space="preserve"> 宛メール　または</w:t>
            </w:r>
            <w:r w:rsidR="00D52515">
              <w:rPr>
                <w:rFonts w:hint="eastAsia"/>
                <w:sz w:val="18"/>
                <w:lang w:eastAsia="ja-JP"/>
              </w:rPr>
              <w:t xml:space="preserve">　</w:t>
            </w:r>
            <w:r w:rsidRPr="00AB7870">
              <w:rPr>
                <w:sz w:val="18"/>
                <w:lang w:eastAsia="ja-JP"/>
              </w:rPr>
              <w:t>053-522-8900</w:t>
            </w:r>
            <w:r>
              <w:rPr>
                <w:rFonts w:hint="eastAsia"/>
                <w:sz w:val="18"/>
                <w:lang w:eastAsia="ja-JP"/>
              </w:rPr>
              <w:t xml:space="preserve"> ／</w:t>
            </w:r>
            <w:r w:rsidR="00D52515">
              <w:rPr>
                <w:rFonts w:hint="eastAsia"/>
                <w:sz w:val="18"/>
                <w:lang w:eastAsia="ja-JP"/>
              </w:rPr>
              <w:t xml:space="preserve">SUiCTE </w:t>
            </w:r>
            <w:r>
              <w:rPr>
                <w:rFonts w:hint="eastAsia"/>
                <w:sz w:val="18"/>
                <w:lang w:eastAsia="ja-JP"/>
              </w:rPr>
              <w:t>宮下  まで</w:t>
            </w:r>
          </w:p>
        </w:tc>
      </w:tr>
      <w:tr w:rsidR="00AB7870" w14:paraId="21C24D96" w14:textId="77777777" w:rsidTr="00D52515">
        <w:trPr>
          <w:jc w:val="center"/>
        </w:trPr>
        <w:tc>
          <w:tcPr>
            <w:tcW w:w="2547" w:type="dxa"/>
            <w:shd w:val="clear" w:color="auto" w:fill="EDEDED"/>
            <w:vAlign w:val="center"/>
          </w:tcPr>
          <w:p w14:paraId="16A09BD7" w14:textId="77777777" w:rsidR="00AB7870" w:rsidRDefault="00AB7870" w:rsidP="008C30FA">
            <w:r>
              <w:rPr>
                <w:b/>
                <w:sz w:val="18"/>
              </w:rPr>
              <w:t>個人情報の取扱い</w:t>
            </w:r>
          </w:p>
        </w:tc>
        <w:tc>
          <w:tcPr>
            <w:tcW w:w="7422" w:type="dxa"/>
            <w:vAlign w:val="center"/>
          </w:tcPr>
          <w:p w14:paraId="6DA9ECD5" w14:textId="77777777" w:rsidR="00D52515" w:rsidRDefault="00AB7870" w:rsidP="008C30FA">
            <w:pPr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t>ご提出いただいた個人情報は、採用選考および採用に関する連絡のために利用します。</w:t>
            </w:r>
          </w:p>
          <w:p w14:paraId="2A874081" w14:textId="0A6206C2" w:rsidR="00AB7870" w:rsidRDefault="00AB7870" w:rsidP="008C30FA">
            <w:pPr>
              <w:rPr>
                <w:lang w:eastAsia="ja-JP"/>
              </w:rPr>
            </w:pPr>
            <w:r>
              <w:rPr>
                <w:sz w:val="18"/>
                <w:lang w:eastAsia="ja-JP"/>
              </w:rPr>
              <w:t>その他の目的で利用する場合は、別途ご案内します。</w:t>
            </w:r>
          </w:p>
        </w:tc>
      </w:tr>
      <w:tr w:rsidR="00AB7870" w14:paraId="620F8B7E" w14:textId="77777777" w:rsidTr="00D52515">
        <w:trPr>
          <w:jc w:val="center"/>
        </w:trPr>
        <w:tc>
          <w:tcPr>
            <w:tcW w:w="2547" w:type="dxa"/>
            <w:shd w:val="clear" w:color="auto" w:fill="EDEDED"/>
            <w:vAlign w:val="center"/>
          </w:tcPr>
          <w:p w14:paraId="36273A3A" w14:textId="77777777" w:rsidR="00AB7870" w:rsidRDefault="00AB7870" w:rsidP="008C30FA">
            <w:r>
              <w:rPr>
                <w:b/>
                <w:sz w:val="18"/>
              </w:rPr>
              <w:t>応募書類の返却</w:t>
            </w:r>
          </w:p>
        </w:tc>
        <w:tc>
          <w:tcPr>
            <w:tcW w:w="7422" w:type="dxa"/>
            <w:vAlign w:val="center"/>
          </w:tcPr>
          <w:p w14:paraId="444AEFEA" w14:textId="77777777" w:rsidR="00D52515" w:rsidRDefault="00AB7870" w:rsidP="008C30FA">
            <w:pPr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t>ご提出いただいた応募書類は返却いたしません。</w:t>
            </w:r>
          </w:p>
          <w:p w14:paraId="19F18888" w14:textId="2AEF959A" w:rsidR="00AB7870" w:rsidRDefault="00AB7870" w:rsidP="008C30FA">
            <w:pPr>
              <w:rPr>
                <w:lang w:eastAsia="ja-JP"/>
              </w:rPr>
            </w:pPr>
            <w:r>
              <w:rPr>
                <w:sz w:val="18"/>
                <w:lang w:eastAsia="ja-JP"/>
              </w:rPr>
              <w:t>選考終了後、当社の規程に基づき適切に取り扱います。</w:t>
            </w:r>
          </w:p>
        </w:tc>
      </w:tr>
    </w:tbl>
    <w:p w14:paraId="6DCC8166" w14:textId="77777777" w:rsidR="00AB7870" w:rsidRPr="00AB7870" w:rsidRDefault="00AB7870" w:rsidP="00140652">
      <w:pPr>
        <w:spacing w:after="0" w:line="240" w:lineRule="auto"/>
        <w:rPr>
          <w:lang w:eastAsia="ja-JP"/>
        </w:rPr>
      </w:pPr>
    </w:p>
    <w:sectPr w:rsidR="00AB7870" w:rsidRPr="00AB7870" w:rsidSect="00AD711E">
      <w:footerReference w:type="default" r:id="rId9"/>
      <w:pgSz w:w="11907" w:h="16840" w:code="9"/>
      <w:pgMar w:top="737" w:right="964" w:bottom="737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CBC5D" w14:textId="77777777" w:rsidR="009122BA" w:rsidRDefault="009122BA">
      <w:pPr>
        <w:spacing w:after="0" w:line="240" w:lineRule="auto"/>
      </w:pPr>
      <w:r>
        <w:separator/>
      </w:r>
    </w:p>
  </w:endnote>
  <w:endnote w:type="continuationSeparator" w:id="0">
    <w:p w14:paraId="74F47C80" w14:textId="77777777" w:rsidR="009122BA" w:rsidRDefault="00912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2F321" w14:textId="77777777" w:rsidR="00D96081" w:rsidRDefault="00000000">
    <w:pPr>
      <w:pStyle w:val="a7"/>
      <w:jc w:val="center"/>
      <w:rPr>
        <w:lang w:eastAsia="ja-JP"/>
      </w:rPr>
    </w:pPr>
    <w:r>
      <w:rPr>
        <w:sz w:val="16"/>
        <w:lang w:eastAsia="ja-JP"/>
      </w:rPr>
      <w:t>技術系新卒採用 エントリーシート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95B06" w14:textId="77777777" w:rsidR="009122BA" w:rsidRDefault="009122BA">
      <w:pPr>
        <w:spacing w:after="0" w:line="240" w:lineRule="auto"/>
      </w:pPr>
      <w:r>
        <w:separator/>
      </w:r>
    </w:p>
  </w:footnote>
  <w:footnote w:type="continuationSeparator" w:id="0">
    <w:p w14:paraId="5DFEFF67" w14:textId="77777777" w:rsidR="009122BA" w:rsidRDefault="009122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46286161">
    <w:abstractNumId w:val="8"/>
  </w:num>
  <w:num w:numId="2" w16cid:durableId="1133910799">
    <w:abstractNumId w:val="6"/>
  </w:num>
  <w:num w:numId="3" w16cid:durableId="1307974063">
    <w:abstractNumId w:val="5"/>
  </w:num>
  <w:num w:numId="4" w16cid:durableId="1501389381">
    <w:abstractNumId w:val="4"/>
  </w:num>
  <w:num w:numId="5" w16cid:durableId="2112117817">
    <w:abstractNumId w:val="7"/>
  </w:num>
  <w:num w:numId="6" w16cid:durableId="1484809407">
    <w:abstractNumId w:val="3"/>
  </w:num>
  <w:num w:numId="7" w16cid:durableId="1631088523">
    <w:abstractNumId w:val="2"/>
  </w:num>
  <w:num w:numId="8" w16cid:durableId="1480030860">
    <w:abstractNumId w:val="1"/>
  </w:num>
  <w:num w:numId="9" w16cid:durableId="1052118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0652"/>
    <w:rsid w:val="0015074B"/>
    <w:rsid w:val="001B38C5"/>
    <w:rsid w:val="0029639D"/>
    <w:rsid w:val="00326F90"/>
    <w:rsid w:val="006550F0"/>
    <w:rsid w:val="00744BF2"/>
    <w:rsid w:val="00744E78"/>
    <w:rsid w:val="007A2887"/>
    <w:rsid w:val="009122BA"/>
    <w:rsid w:val="00A51AB0"/>
    <w:rsid w:val="00AA1367"/>
    <w:rsid w:val="00AA1D8D"/>
    <w:rsid w:val="00AB7870"/>
    <w:rsid w:val="00AD711E"/>
    <w:rsid w:val="00B47730"/>
    <w:rsid w:val="00CB0664"/>
    <w:rsid w:val="00CE60D1"/>
    <w:rsid w:val="00D52515"/>
    <w:rsid w:val="00D9608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BF723B"/>
  <w14:defaultImageDpi w14:val="300"/>
  <w15:docId w15:val="{057CF6ED-8F61-41A0-8565-24E77175F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游ゴシック" w:eastAsia="游ゴシック" w:hAnsi="游ゴシック"/>
      <w:sz w:val="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">
    <w:name w:val="Hyperlink"/>
    <w:basedOn w:val="a2"/>
    <w:uiPriority w:val="99"/>
    <w:unhideWhenUsed/>
    <w:rsid w:val="00AB7870"/>
    <w:rPr>
      <w:color w:val="0000FF" w:themeColor="hyperlink"/>
      <w:u w:val="single"/>
    </w:rPr>
  </w:style>
  <w:style w:type="character" w:styleId="aff0">
    <w:name w:val="Unresolved Mention"/>
    <w:basedOn w:val="a2"/>
    <w:uiPriority w:val="99"/>
    <w:semiHidden/>
    <w:unhideWhenUsed/>
    <w:rsid w:val="00AB78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uicte.co.jp/?page_id=80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1015</Words>
  <Characters>5787</Characters>
  <Application>Microsoft Office Word</Application>
  <DocSecurity>0</DocSecurity>
  <Lines>48</Lines>
  <Paragraphs>13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6789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SUiCTE 北島</dc:creator>
  <cp:keywords/>
  <dc:description>generated by python-docx</dc:description>
  <cp:lastModifiedBy>SUiCTE 北島</cp:lastModifiedBy>
  <cp:revision>2</cp:revision>
  <dcterms:created xsi:type="dcterms:W3CDTF">2026-09-29T00:46:00Z</dcterms:created>
  <dcterms:modified xsi:type="dcterms:W3CDTF">2026-09-29T00:46:00Z</dcterms:modified>
  <cp:category/>
</cp:coreProperties>
</file>